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4D38" w14:textId="77777777" w:rsidR="008D340D" w:rsidRDefault="00000000">
      <w:pPr>
        <w:pStyle w:val="Title"/>
      </w:pPr>
      <w:r>
        <w:t xml:space="preserve">Mission Trip Application </w:t>
      </w:r>
      <w:r w:rsidR="008D340D">
        <w:t>–</w:t>
      </w:r>
      <w:r w:rsidR="00C9214F">
        <w:t xml:space="preserve"> </w:t>
      </w:r>
    </w:p>
    <w:p w14:paraId="4C900525" w14:textId="089A742B" w:rsidR="000B41B0" w:rsidRDefault="008D340D">
      <w:pPr>
        <w:pStyle w:val="Title"/>
      </w:pPr>
      <w:r>
        <w:t>Template Only</w:t>
      </w:r>
    </w:p>
    <w:p w14:paraId="784C1385" w14:textId="77777777" w:rsidR="000C2F14" w:rsidRDefault="008D340D">
      <w:pPr>
        <w:pStyle w:val="Heading1"/>
        <w:rPr>
          <w:rFonts w:asciiTheme="minorHAnsi" w:hAnsiTheme="minorHAnsi"/>
          <w:b w:val="0"/>
          <w:bCs w:val="0"/>
          <w:color w:val="000000" w:themeColor="text1"/>
          <w:sz w:val="22"/>
          <w:szCs w:val="22"/>
        </w:rPr>
      </w:pPr>
      <w:r w:rsidRPr="008D340D">
        <w:rPr>
          <w:rFonts w:asciiTheme="minorHAnsi" w:hAnsiTheme="minorHAnsi"/>
          <w:color w:val="000000" w:themeColor="text1"/>
          <w:sz w:val="22"/>
          <w:szCs w:val="22"/>
        </w:rPr>
        <w:t>DISCLAIMER:</w:t>
      </w:r>
      <w:r w:rsidRPr="008D340D">
        <w:rPr>
          <w:rFonts w:asciiTheme="minorHAnsi" w:hAnsiTheme="minorHAnsi"/>
          <w:b w:val="0"/>
          <w:bCs w:val="0"/>
          <w:i/>
          <w:iCs/>
          <w:color w:val="000000" w:themeColor="text1"/>
          <w:sz w:val="22"/>
          <w:szCs w:val="22"/>
        </w:rPr>
        <w:t xml:space="preserve"> </w:t>
      </w:r>
      <w:r w:rsidRPr="00072503">
        <w:rPr>
          <w:rFonts w:asciiTheme="minorHAnsi" w:hAnsiTheme="minorHAnsi"/>
          <w:b w:val="0"/>
          <w:bCs w:val="0"/>
          <w:color w:val="000000" w:themeColor="text1"/>
          <w:sz w:val="22"/>
          <w:szCs w:val="22"/>
        </w:rPr>
        <w:t>This Word document is intended only as a template to help you prepare for the application process. It includes important questions, longer essay-response questions</w:t>
      </w:r>
      <w:r w:rsidR="000C2F14">
        <w:rPr>
          <w:rFonts w:asciiTheme="minorHAnsi" w:hAnsiTheme="minorHAnsi"/>
          <w:b w:val="0"/>
          <w:bCs w:val="0"/>
          <w:color w:val="000000" w:themeColor="text1"/>
          <w:sz w:val="22"/>
          <w:szCs w:val="22"/>
        </w:rPr>
        <w:t>, and disclaimers that may take time to read</w:t>
      </w:r>
      <w:r w:rsidRPr="00072503">
        <w:rPr>
          <w:rFonts w:asciiTheme="minorHAnsi" w:hAnsiTheme="minorHAnsi"/>
          <w:b w:val="0"/>
          <w:bCs w:val="0"/>
          <w:color w:val="000000" w:themeColor="text1"/>
          <w:sz w:val="22"/>
          <w:szCs w:val="22"/>
        </w:rPr>
        <w:t xml:space="preserve">. </w:t>
      </w:r>
      <w:r w:rsidRPr="00072503">
        <w:rPr>
          <w:rFonts w:asciiTheme="minorHAnsi" w:hAnsiTheme="minorHAnsi"/>
          <w:b w:val="0"/>
          <w:bCs w:val="0"/>
          <w:i/>
          <w:iCs/>
          <w:color w:val="000000" w:themeColor="text1"/>
          <w:sz w:val="22"/>
          <w:szCs w:val="22"/>
        </w:rPr>
        <w:t>Please note that the actual application</w:t>
      </w:r>
      <w:r w:rsidR="000C2F14">
        <w:rPr>
          <w:rFonts w:asciiTheme="minorHAnsi" w:hAnsiTheme="minorHAnsi"/>
          <w:b w:val="0"/>
          <w:bCs w:val="0"/>
          <w:i/>
          <w:iCs/>
          <w:color w:val="000000" w:themeColor="text1"/>
          <w:sz w:val="22"/>
          <w:szCs w:val="22"/>
        </w:rPr>
        <w:t xml:space="preserve"> </w:t>
      </w:r>
      <w:r w:rsidRPr="00072503">
        <w:rPr>
          <w:rFonts w:asciiTheme="minorHAnsi" w:hAnsiTheme="minorHAnsi"/>
          <w:b w:val="0"/>
          <w:bCs w:val="0"/>
          <w:i/>
          <w:iCs/>
          <w:color w:val="000000" w:themeColor="text1"/>
          <w:sz w:val="22"/>
          <w:szCs w:val="22"/>
        </w:rPr>
        <w:t>contain</w:t>
      </w:r>
      <w:r w:rsidR="000C2F14">
        <w:rPr>
          <w:rFonts w:asciiTheme="minorHAnsi" w:hAnsiTheme="minorHAnsi"/>
          <w:b w:val="0"/>
          <w:bCs w:val="0"/>
          <w:i/>
          <w:iCs/>
          <w:color w:val="000000" w:themeColor="text1"/>
          <w:sz w:val="22"/>
          <w:szCs w:val="22"/>
        </w:rPr>
        <w:t>s</w:t>
      </w:r>
      <w:r w:rsidRPr="00072503">
        <w:rPr>
          <w:rFonts w:asciiTheme="minorHAnsi" w:hAnsiTheme="minorHAnsi"/>
          <w:b w:val="0"/>
          <w:bCs w:val="0"/>
          <w:i/>
          <w:iCs/>
          <w:color w:val="000000" w:themeColor="text1"/>
          <w:sz w:val="22"/>
          <w:szCs w:val="22"/>
        </w:rPr>
        <w:t xml:space="preserve"> additional questions not included in this document</w:t>
      </w:r>
      <w:r w:rsidRPr="00072503">
        <w:rPr>
          <w:rFonts w:asciiTheme="minorHAnsi" w:hAnsiTheme="minorHAnsi"/>
          <w:b w:val="0"/>
          <w:bCs w:val="0"/>
          <w:color w:val="000000" w:themeColor="text1"/>
          <w:sz w:val="22"/>
          <w:szCs w:val="22"/>
        </w:rPr>
        <w:t xml:space="preserve">. </w:t>
      </w:r>
    </w:p>
    <w:p w14:paraId="07AC267E" w14:textId="0377DA47" w:rsidR="008D340D" w:rsidRDefault="008D340D">
      <w:pPr>
        <w:pStyle w:val="Heading1"/>
        <w:pBdr>
          <w:bottom w:val="single" w:sz="6" w:space="1" w:color="auto"/>
        </w:pBdr>
        <w:rPr>
          <w:rFonts w:asciiTheme="minorHAnsi" w:hAnsiTheme="minorHAnsi"/>
          <w:b w:val="0"/>
          <w:bCs w:val="0"/>
          <w:color w:val="000000" w:themeColor="text1"/>
          <w:sz w:val="22"/>
          <w:szCs w:val="22"/>
        </w:rPr>
      </w:pPr>
      <w:r w:rsidRPr="00072503">
        <w:rPr>
          <w:rFonts w:asciiTheme="minorHAnsi" w:hAnsiTheme="minorHAnsi"/>
          <w:b w:val="0"/>
          <w:bCs w:val="0"/>
          <w:color w:val="000000" w:themeColor="text1"/>
          <w:sz w:val="22"/>
          <w:szCs w:val="22"/>
        </w:rPr>
        <w:t xml:space="preserve">We encourage you to complete these responses in advance </w:t>
      </w:r>
      <w:r w:rsidR="000C2F14">
        <w:rPr>
          <w:rFonts w:asciiTheme="minorHAnsi" w:hAnsiTheme="minorHAnsi"/>
          <w:b w:val="0"/>
          <w:bCs w:val="0"/>
          <w:color w:val="000000" w:themeColor="text1"/>
          <w:sz w:val="22"/>
          <w:szCs w:val="22"/>
        </w:rPr>
        <w:t>to</w:t>
      </w:r>
      <w:r w:rsidRPr="00072503">
        <w:rPr>
          <w:rFonts w:asciiTheme="minorHAnsi" w:hAnsiTheme="minorHAnsi"/>
          <w:b w:val="0"/>
          <w:bCs w:val="0"/>
          <w:color w:val="000000" w:themeColor="text1"/>
          <w:sz w:val="22"/>
          <w:szCs w:val="22"/>
        </w:rPr>
        <w:t xml:space="preserve"> save time and streamline the</w:t>
      </w:r>
      <w:r w:rsidR="000C2F14">
        <w:rPr>
          <w:rFonts w:asciiTheme="minorHAnsi" w:hAnsiTheme="minorHAnsi"/>
          <w:b w:val="0"/>
          <w:bCs w:val="0"/>
          <w:color w:val="000000" w:themeColor="text1"/>
          <w:sz w:val="22"/>
          <w:szCs w:val="22"/>
        </w:rPr>
        <w:t xml:space="preserve"> application</w:t>
      </w:r>
      <w:r w:rsidRPr="00072503">
        <w:rPr>
          <w:rFonts w:asciiTheme="minorHAnsi" w:hAnsiTheme="minorHAnsi"/>
          <w:b w:val="0"/>
          <w:bCs w:val="0"/>
          <w:color w:val="000000" w:themeColor="text1"/>
          <w:sz w:val="22"/>
          <w:szCs w:val="22"/>
        </w:rPr>
        <w:t xml:space="preserve"> process when </w:t>
      </w:r>
      <w:r w:rsidR="000C2F14">
        <w:rPr>
          <w:rFonts w:asciiTheme="minorHAnsi" w:hAnsiTheme="minorHAnsi"/>
          <w:b w:val="0"/>
          <w:bCs w:val="0"/>
          <w:color w:val="000000" w:themeColor="text1"/>
          <w:sz w:val="22"/>
          <w:szCs w:val="22"/>
        </w:rPr>
        <w:t>you fill</w:t>
      </w:r>
      <w:r w:rsidRPr="00072503">
        <w:rPr>
          <w:rFonts w:asciiTheme="minorHAnsi" w:hAnsiTheme="minorHAnsi"/>
          <w:b w:val="0"/>
          <w:bCs w:val="0"/>
          <w:color w:val="000000" w:themeColor="text1"/>
          <w:sz w:val="22"/>
          <w:szCs w:val="22"/>
        </w:rPr>
        <w:t xml:space="preserve"> out the official application.</w:t>
      </w:r>
      <w:r w:rsidR="000C2F14">
        <w:rPr>
          <w:rFonts w:asciiTheme="minorHAnsi" w:hAnsiTheme="minorHAnsi"/>
          <w:b w:val="0"/>
          <w:bCs w:val="0"/>
          <w:color w:val="000000" w:themeColor="text1"/>
          <w:sz w:val="22"/>
          <w:szCs w:val="22"/>
        </w:rPr>
        <w:t xml:space="preserve"> You can copy your answers from this template and paste them into the application.</w:t>
      </w:r>
    </w:p>
    <w:p w14:paraId="18F2D2D5" w14:textId="77777777" w:rsidR="000C2F14" w:rsidRPr="000C2F14" w:rsidRDefault="000C2F14" w:rsidP="000C2F14"/>
    <w:p w14:paraId="3DC2F571" w14:textId="77777777" w:rsidR="000C2F14" w:rsidRDefault="000C2F14" w:rsidP="000C2F14">
      <w:pPr>
        <w:pStyle w:val="Heading1"/>
        <w:spacing w:before="0"/>
        <w:rPr>
          <w:rFonts w:asciiTheme="minorHAnsi" w:hAnsiTheme="minorHAnsi"/>
          <w:b w:val="0"/>
          <w:bCs w:val="0"/>
          <w:color w:val="000000" w:themeColor="text1"/>
          <w:sz w:val="22"/>
          <w:szCs w:val="22"/>
        </w:rPr>
      </w:pPr>
      <w:r>
        <w:t>Deposit Required to Complete Application</w:t>
      </w:r>
      <w:r w:rsidRPr="00C9214F">
        <w:rPr>
          <w:rFonts w:asciiTheme="minorHAnsi" w:hAnsiTheme="minorHAnsi"/>
          <w:b w:val="0"/>
          <w:bCs w:val="0"/>
          <w:color w:val="000000" w:themeColor="text1"/>
          <w:sz w:val="22"/>
          <w:szCs w:val="22"/>
        </w:rPr>
        <w:t xml:space="preserve"> </w:t>
      </w:r>
    </w:p>
    <w:p w14:paraId="684A3184" w14:textId="039D1F35" w:rsidR="000C2F14" w:rsidRDefault="00C9214F" w:rsidP="000C2F14">
      <w:pPr>
        <w:pStyle w:val="Heading1"/>
        <w:spacing w:before="0" w:line="240" w:lineRule="auto"/>
        <w:rPr>
          <w:rFonts w:asciiTheme="minorHAnsi" w:hAnsiTheme="minorHAnsi"/>
          <w:b w:val="0"/>
          <w:bCs w:val="0"/>
          <w:color w:val="000000" w:themeColor="text1"/>
          <w:sz w:val="22"/>
          <w:szCs w:val="22"/>
        </w:rPr>
      </w:pPr>
      <w:r w:rsidRPr="00C9214F">
        <w:rPr>
          <w:rFonts w:asciiTheme="minorHAnsi" w:hAnsiTheme="minorHAnsi"/>
          <w:b w:val="0"/>
          <w:bCs w:val="0"/>
          <w:color w:val="000000" w:themeColor="text1"/>
          <w:sz w:val="22"/>
          <w:szCs w:val="22"/>
        </w:rPr>
        <w:t>A non-refundable $250.00 DEPOSIT IS REQUIRED directly after you submit t</w:t>
      </w:r>
      <w:r w:rsidR="000C2F14">
        <w:rPr>
          <w:rFonts w:asciiTheme="minorHAnsi" w:hAnsiTheme="minorHAnsi"/>
          <w:b w:val="0"/>
          <w:bCs w:val="0"/>
          <w:color w:val="000000" w:themeColor="text1"/>
          <w:sz w:val="22"/>
          <w:szCs w:val="22"/>
        </w:rPr>
        <w:t>he</w:t>
      </w:r>
      <w:r w:rsidRPr="00C9214F">
        <w:rPr>
          <w:rFonts w:asciiTheme="minorHAnsi" w:hAnsiTheme="minorHAnsi"/>
          <w:b w:val="0"/>
          <w:bCs w:val="0"/>
          <w:color w:val="000000" w:themeColor="text1"/>
          <w:sz w:val="22"/>
          <w:szCs w:val="22"/>
        </w:rPr>
        <w:t xml:space="preserve"> application. Your application will not </w:t>
      </w:r>
      <w:proofErr w:type="gramStart"/>
      <w:r w:rsidRPr="00C9214F">
        <w:rPr>
          <w:rFonts w:asciiTheme="minorHAnsi" w:hAnsiTheme="minorHAnsi"/>
          <w:b w:val="0"/>
          <w:bCs w:val="0"/>
          <w:color w:val="000000" w:themeColor="text1"/>
          <w:sz w:val="22"/>
          <w:szCs w:val="22"/>
        </w:rPr>
        <w:t>be considered</w:t>
      </w:r>
      <w:proofErr w:type="gramEnd"/>
      <w:r w:rsidRPr="00C9214F">
        <w:rPr>
          <w:rFonts w:asciiTheme="minorHAnsi" w:hAnsiTheme="minorHAnsi"/>
          <w:b w:val="0"/>
          <w:bCs w:val="0"/>
          <w:color w:val="000000" w:themeColor="text1"/>
          <w:sz w:val="22"/>
          <w:szCs w:val="22"/>
        </w:rPr>
        <w:t xml:space="preserve"> complete until after your payment has </w:t>
      </w:r>
      <w:proofErr w:type="gramStart"/>
      <w:r w:rsidRPr="00C9214F">
        <w:rPr>
          <w:rFonts w:asciiTheme="minorHAnsi" w:hAnsiTheme="minorHAnsi"/>
          <w:b w:val="0"/>
          <w:bCs w:val="0"/>
          <w:color w:val="000000" w:themeColor="text1"/>
          <w:sz w:val="22"/>
          <w:szCs w:val="22"/>
        </w:rPr>
        <w:t>been submitted</w:t>
      </w:r>
      <w:proofErr w:type="gramEnd"/>
      <w:r w:rsidRPr="00C9214F">
        <w:rPr>
          <w:rFonts w:asciiTheme="minorHAnsi" w:hAnsiTheme="minorHAnsi"/>
          <w:b w:val="0"/>
          <w:bCs w:val="0"/>
          <w:color w:val="000000" w:themeColor="text1"/>
          <w:sz w:val="22"/>
          <w:szCs w:val="22"/>
        </w:rPr>
        <w:t xml:space="preserve">. </w:t>
      </w:r>
    </w:p>
    <w:p w14:paraId="306A6E09" w14:textId="31BE3028" w:rsidR="00C9214F" w:rsidRPr="00C9214F" w:rsidRDefault="00C9214F">
      <w:pPr>
        <w:pStyle w:val="Heading1"/>
        <w:rPr>
          <w:rFonts w:asciiTheme="minorHAnsi" w:hAnsiTheme="minorHAnsi"/>
          <w:b w:val="0"/>
          <w:bCs w:val="0"/>
          <w:color w:val="000000" w:themeColor="text1"/>
          <w:sz w:val="22"/>
          <w:szCs w:val="22"/>
        </w:rPr>
      </w:pPr>
      <w:r w:rsidRPr="00C9214F">
        <w:rPr>
          <w:rFonts w:asciiTheme="minorHAnsi" w:hAnsiTheme="minorHAnsi"/>
          <w:b w:val="0"/>
          <w:bCs w:val="0"/>
          <w:color w:val="000000" w:themeColor="text1"/>
          <w:sz w:val="22"/>
          <w:szCs w:val="22"/>
        </w:rPr>
        <w:t xml:space="preserve">You </w:t>
      </w:r>
      <w:r w:rsidR="000C2F14">
        <w:rPr>
          <w:rFonts w:asciiTheme="minorHAnsi" w:hAnsiTheme="minorHAnsi"/>
          <w:b w:val="0"/>
          <w:bCs w:val="0"/>
          <w:color w:val="000000" w:themeColor="text1"/>
          <w:sz w:val="22"/>
          <w:szCs w:val="22"/>
        </w:rPr>
        <w:t>will have a</w:t>
      </w:r>
      <w:r w:rsidRPr="00C9214F">
        <w:rPr>
          <w:rFonts w:asciiTheme="minorHAnsi" w:hAnsiTheme="minorHAnsi"/>
          <w:b w:val="0"/>
          <w:bCs w:val="0"/>
          <w:color w:val="000000" w:themeColor="text1"/>
          <w:sz w:val="22"/>
          <w:szCs w:val="22"/>
        </w:rPr>
        <w:t xml:space="preserve"> link provided to submit your payment after submitting </w:t>
      </w:r>
      <w:r w:rsidR="000C2F14">
        <w:rPr>
          <w:rFonts w:asciiTheme="minorHAnsi" w:hAnsiTheme="minorHAnsi"/>
          <w:b w:val="0"/>
          <w:bCs w:val="0"/>
          <w:color w:val="000000" w:themeColor="text1"/>
          <w:sz w:val="22"/>
          <w:szCs w:val="22"/>
        </w:rPr>
        <w:t xml:space="preserve">your </w:t>
      </w:r>
      <w:r w:rsidRPr="00C9214F">
        <w:rPr>
          <w:rFonts w:asciiTheme="minorHAnsi" w:hAnsiTheme="minorHAnsi"/>
          <w:b w:val="0"/>
          <w:bCs w:val="0"/>
          <w:color w:val="000000" w:themeColor="text1"/>
          <w:sz w:val="22"/>
          <w:szCs w:val="22"/>
        </w:rPr>
        <w:t xml:space="preserve">application.  Your deposit and future mission trip payments can </w:t>
      </w:r>
      <w:proofErr w:type="gramStart"/>
      <w:r w:rsidRPr="00C9214F">
        <w:rPr>
          <w:rFonts w:asciiTheme="minorHAnsi" w:hAnsiTheme="minorHAnsi"/>
          <w:b w:val="0"/>
          <w:bCs w:val="0"/>
          <w:color w:val="000000" w:themeColor="text1"/>
          <w:sz w:val="22"/>
          <w:szCs w:val="22"/>
        </w:rPr>
        <w:t>be made</w:t>
      </w:r>
      <w:proofErr w:type="gramEnd"/>
      <w:r w:rsidRPr="00C9214F">
        <w:rPr>
          <w:rFonts w:asciiTheme="minorHAnsi" w:hAnsiTheme="minorHAnsi"/>
          <w:b w:val="0"/>
          <w:bCs w:val="0"/>
          <w:color w:val="000000" w:themeColor="text1"/>
          <w:sz w:val="22"/>
          <w:szCs w:val="22"/>
        </w:rPr>
        <w:t xml:space="preserve"> on that webpage or by bringing a check to the CGCS on the first floor of the Jacumin-Simpson Missions Building.</w:t>
      </w:r>
    </w:p>
    <w:p w14:paraId="4C222845" w14:textId="2F0ED26D" w:rsidR="000B41B0" w:rsidRDefault="00000000">
      <w:pPr>
        <w:pStyle w:val="Heading1"/>
      </w:pPr>
      <w:r>
        <w:t>Traveler Information</w:t>
      </w:r>
      <w:r w:rsidR="000C2F14">
        <w:t xml:space="preserve"> </w:t>
      </w:r>
    </w:p>
    <w:p w14:paraId="556FB203" w14:textId="6006D0EE" w:rsidR="000B41B0" w:rsidRDefault="00000000">
      <w:r>
        <w:t xml:space="preserve">Full name must be an EXACT match </w:t>
      </w:r>
      <w:r w:rsidR="000C2F14">
        <w:t>to</w:t>
      </w:r>
      <w:r>
        <w:t xml:space="preserve"> your passport</w:t>
      </w:r>
      <w:r w:rsidR="000C2F14">
        <w:t xml:space="preserve"> or</w:t>
      </w:r>
      <w:r>
        <w:t xml:space="preserve"> Real ID (</w:t>
      </w:r>
      <w:r w:rsidR="000C2F14">
        <w:t>for trips in the United States)</w:t>
      </w:r>
      <w:r>
        <w:t xml:space="preserve">. There is a minimum </w:t>
      </w:r>
      <w:r w:rsidR="000C2F14">
        <w:t xml:space="preserve">fee of </w:t>
      </w:r>
      <w:r>
        <w:t>$200.00 for name changes</w:t>
      </w:r>
      <w:r w:rsidR="000C2F14">
        <w:t xml:space="preserve"> after tickets </w:t>
      </w:r>
      <w:proofErr w:type="gramStart"/>
      <w:r w:rsidR="000C2F14">
        <w:t>are purchased</w:t>
      </w:r>
      <w:proofErr w:type="gramEnd"/>
      <w:r>
        <w:t>. If you are applying for an international mission trip, a passport is required.</w:t>
      </w:r>
    </w:p>
    <w:p w14:paraId="390CF9DA" w14:textId="77777777" w:rsidR="000B41B0" w:rsidRDefault="00000000">
      <w:pPr>
        <w:pStyle w:val="Heading1"/>
      </w:pPr>
      <w:r>
        <w:t>Name (As shown on Driver's License/Real ID/Passport)</w:t>
      </w:r>
    </w:p>
    <w:p w14:paraId="41D9F517" w14:textId="77777777" w:rsidR="000B41B0" w:rsidRDefault="00000000">
      <w:r>
        <w:t xml:space="preserve">Beginning May 7, 2025, all travelers, both domestic and international will </w:t>
      </w:r>
      <w:proofErr w:type="gramStart"/>
      <w:r>
        <w:t>be required</w:t>
      </w:r>
      <w:proofErr w:type="gramEnd"/>
      <w:r>
        <w:t xml:space="preserve"> to have a Real ID or a valid passport to fly.  Your name information must be an EXACT match on </w:t>
      </w:r>
      <w:proofErr w:type="gramStart"/>
      <w:r>
        <w:t>both of these</w:t>
      </w:r>
      <w:proofErr w:type="gramEnd"/>
      <w:r>
        <w:t xml:space="preserve"> documents. You can fly domestically with a Real ID or a passport, but you cannot fly internationally without a valid passport.  </w:t>
      </w:r>
    </w:p>
    <w:p w14:paraId="47F856E3" w14:textId="77777777" w:rsidR="00C9214F" w:rsidRDefault="00C9214F">
      <w:r>
        <w:t>First:</w:t>
      </w:r>
    </w:p>
    <w:p w14:paraId="7FA08CC8" w14:textId="77777777" w:rsidR="00C9214F" w:rsidRDefault="00C9214F">
      <w:r>
        <w:t>Middle:</w:t>
      </w:r>
    </w:p>
    <w:p w14:paraId="619C457A" w14:textId="5320C6A9" w:rsidR="000B41B0" w:rsidRDefault="00C9214F">
      <w:r>
        <w:t>Last:</w:t>
      </w:r>
    </w:p>
    <w:p w14:paraId="43223628" w14:textId="05728F0E" w:rsidR="000B41B0" w:rsidRDefault="00000000">
      <w:pPr>
        <w:pStyle w:val="Heading1"/>
      </w:pPr>
      <w:r>
        <w:lastRenderedPageBreak/>
        <w:t>State of Residence (As shown on Real ID or Passport)</w:t>
      </w:r>
    </w:p>
    <w:p w14:paraId="12847865" w14:textId="16FF7E2E" w:rsidR="000B41B0" w:rsidRDefault="00C9214F">
      <w:r>
        <w:t xml:space="preserve">Type your answer: </w:t>
      </w:r>
    </w:p>
    <w:p w14:paraId="7F0B88B0" w14:textId="77777777" w:rsidR="000B41B0" w:rsidRDefault="00000000">
      <w:pPr>
        <w:pStyle w:val="Heading1"/>
      </w:pPr>
      <w:r>
        <w:t>Student ID</w:t>
      </w:r>
    </w:p>
    <w:p w14:paraId="7887CB82" w14:textId="08411DF1" w:rsidR="000B41B0" w:rsidRDefault="00C9214F">
      <w:r>
        <w:t xml:space="preserve">Type your answer: </w:t>
      </w:r>
    </w:p>
    <w:p w14:paraId="2C435898" w14:textId="77777777" w:rsidR="000B41B0" w:rsidRDefault="00000000">
      <w:pPr>
        <w:pStyle w:val="Heading1"/>
      </w:pPr>
      <w:r>
        <w:t>Student Email</w:t>
      </w:r>
    </w:p>
    <w:p w14:paraId="2EAA9503" w14:textId="77777777" w:rsidR="000B41B0" w:rsidRDefault="00000000">
      <w:r>
        <w:t xml:space="preserve">List your preferred email address where trip details will be communicated. </w:t>
      </w:r>
    </w:p>
    <w:p w14:paraId="61236D1A" w14:textId="1F2F240A" w:rsidR="000B41B0" w:rsidRDefault="002E1669">
      <w:r>
        <w:t xml:space="preserve">Type your answer: </w:t>
      </w:r>
    </w:p>
    <w:p w14:paraId="561A415E" w14:textId="77777777" w:rsidR="000B41B0" w:rsidRDefault="00000000">
      <w:pPr>
        <w:pStyle w:val="Heading1"/>
      </w:pPr>
      <w:r>
        <w:t>Are You a US Citizen?</w:t>
      </w:r>
    </w:p>
    <w:p w14:paraId="484A989A" w14:textId="02C81AA8" w:rsidR="000B41B0" w:rsidRDefault="00000000">
      <w:sdt>
        <w:sdtPr>
          <w:id w:val="-267845020"/>
          <w14:checkbox>
            <w14:checked w14:val="0"/>
            <w14:checkedState w14:val="2612" w14:font="MS Gothic"/>
            <w14:uncheckedState w14:val="2610" w14:font="MS Gothic"/>
          </w14:checkbox>
        </w:sdtPr>
        <w:sdtContent>
          <w:r w:rsidR="00253CC1">
            <w:rPr>
              <w:rFonts w:ascii="MS Gothic" w:eastAsia="MS Gothic" w:hAnsi="MS Gothic" w:hint="eastAsia"/>
            </w:rPr>
            <w:t>☐</w:t>
          </w:r>
        </w:sdtContent>
      </w:sdt>
      <w:r w:rsidR="00253CC1">
        <w:t xml:space="preserve"> Yes</w:t>
      </w:r>
    </w:p>
    <w:p w14:paraId="70CD2389" w14:textId="0BE26163" w:rsidR="000B41B0" w:rsidRDefault="00000000">
      <w:sdt>
        <w:sdtPr>
          <w:id w:val="-1354103564"/>
          <w14:checkbox>
            <w14:checked w14:val="0"/>
            <w14:checkedState w14:val="2612" w14:font="MS Gothic"/>
            <w14:uncheckedState w14:val="2610" w14:font="MS Gothic"/>
          </w14:checkbox>
        </w:sdtPr>
        <w:sdtContent>
          <w:r w:rsidR="00253CC1">
            <w:rPr>
              <w:rFonts w:ascii="MS Gothic" w:eastAsia="MS Gothic" w:hAnsi="MS Gothic" w:hint="eastAsia"/>
            </w:rPr>
            <w:t>☐</w:t>
          </w:r>
        </w:sdtContent>
      </w:sdt>
      <w:r w:rsidR="00253CC1">
        <w:t xml:space="preserve"> No</w:t>
      </w:r>
    </w:p>
    <w:p w14:paraId="08D92593" w14:textId="77777777" w:rsidR="000B41B0" w:rsidRDefault="00000000">
      <w:pPr>
        <w:pStyle w:val="Heading1"/>
      </w:pPr>
      <w:r>
        <w:t>If you are not a US Citizen, please indicate where your citizenship resides:</w:t>
      </w:r>
    </w:p>
    <w:p w14:paraId="0D8333F9" w14:textId="05E13D4E" w:rsidR="000B41B0" w:rsidRDefault="00253CC1">
      <w:r>
        <w:t xml:space="preserve">Type your answer: </w:t>
      </w:r>
    </w:p>
    <w:p w14:paraId="7D6D9A71" w14:textId="77777777" w:rsidR="000B41B0" w:rsidRDefault="00000000">
      <w:pPr>
        <w:pStyle w:val="Heading1"/>
      </w:pPr>
      <w:r>
        <w:t>Passport - Issuing Country</w:t>
      </w:r>
    </w:p>
    <w:p w14:paraId="70CAC9B9" w14:textId="7F401E83" w:rsidR="000B41B0" w:rsidRDefault="00253CC1">
      <w:r>
        <w:t xml:space="preserve">Type your answer: </w:t>
      </w:r>
    </w:p>
    <w:p w14:paraId="2EA9B4F8" w14:textId="77777777" w:rsidR="000B41B0" w:rsidRDefault="00000000">
      <w:pPr>
        <w:pStyle w:val="Heading1"/>
      </w:pPr>
      <w:r>
        <w:t>Name on Passport</w:t>
      </w:r>
    </w:p>
    <w:p w14:paraId="3F906430" w14:textId="77777777" w:rsidR="000B41B0" w:rsidRDefault="00000000">
      <w:r>
        <w:t xml:space="preserve">Travel will be purchased using the full name on your passport.  It must match exactly or your ticket will be denied. </w:t>
      </w:r>
    </w:p>
    <w:p w14:paraId="216053F7" w14:textId="53675631" w:rsidR="000B41B0" w:rsidRDefault="00253CC1">
      <w:r>
        <w:t xml:space="preserve">Type your answer: </w:t>
      </w:r>
    </w:p>
    <w:p w14:paraId="0781EBFF" w14:textId="77777777" w:rsidR="000B41B0" w:rsidRDefault="00000000">
      <w:pPr>
        <w:pStyle w:val="Heading1"/>
      </w:pPr>
      <w:r>
        <w:t>Passport Number</w:t>
      </w:r>
    </w:p>
    <w:p w14:paraId="1E475122" w14:textId="134FCB5A" w:rsidR="000B41B0" w:rsidRDefault="00000000">
      <w:r>
        <w:t xml:space="preserve">Please enter a valid passport number here. If you do not have a passport, you must apply and receive the passport before applying for the trip. </w:t>
      </w:r>
      <w:r>
        <w:br/>
        <w:t>If you have a current passport application in process, please call the CGCS before completing the trip application.</w:t>
      </w:r>
    </w:p>
    <w:p w14:paraId="5A2ACC46" w14:textId="77777777" w:rsidR="00253CC1" w:rsidRDefault="00253CC1" w:rsidP="00253CC1">
      <w:r>
        <w:t xml:space="preserve">Type your answer: </w:t>
      </w:r>
    </w:p>
    <w:p w14:paraId="71D89FF1" w14:textId="77777777" w:rsidR="000B41B0" w:rsidRDefault="00000000">
      <w:pPr>
        <w:pStyle w:val="Heading1"/>
      </w:pPr>
      <w:r>
        <w:lastRenderedPageBreak/>
        <w:t>Passport Expiration Date</w:t>
      </w:r>
    </w:p>
    <w:p w14:paraId="1E7CD6DD" w14:textId="77777777" w:rsidR="000B41B0" w:rsidRDefault="00000000">
      <w:r>
        <w:t xml:space="preserve">US Government requires all passports to have expiration dates of at least 6 months PAST travel dates. </w:t>
      </w:r>
    </w:p>
    <w:p w14:paraId="36EB7452" w14:textId="77777777" w:rsidR="00253CC1" w:rsidRDefault="00253CC1" w:rsidP="00253CC1">
      <w:r>
        <w:t xml:space="preserve">Type your answer: </w:t>
      </w:r>
    </w:p>
    <w:p w14:paraId="1082C7B7" w14:textId="77777777" w:rsidR="000B41B0" w:rsidRDefault="00000000">
      <w:pPr>
        <w:pStyle w:val="Heading1"/>
      </w:pPr>
      <w:r>
        <w:t>Passport Photo</w:t>
      </w:r>
    </w:p>
    <w:p w14:paraId="04347680" w14:textId="0B2D934D" w:rsidR="000B41B0" w:rsidRDefault="009E4E67">
      <w:r>
        <w:t xml:space="preserve">At this step, you will upload a photo of your current passport. Please have </w:t>
      </w:r>
      <w:r w:rsidR="00253CC1">
        <w:t>the photo</w:t>
      </w:r>
      <w:r>
        <w:t xml:space="preserve"> ready on your </w:t>
      </w:r>
      <w:r w:rsidR="00253CC1">
        <w:t>device.</w:t>
      </w:r>
    </w:p>
    <w:p w14:paraId="26C7F040" w14:textId="0734CF54" w:rsidR="00253CC1" w:rsidRDefault="00E64B30">
      <w:r w:rsidRPr="00A66C5A">
        <w:rPr>
          <w:i/>
          <w:iCs/>
          <w:u w:val="single"/>
        </w:rPr>
        <w:t>Note:</w:t>
      </w:r>
      <w:r>
        <w:t xml:space="preserve"> </w:t>
      </w:r>
      <w:r w:rsidRPr="00E64B30">
        <w:t>If your trip includes domestic air travel within the United States</w:t>
      </w:r>
      <w:r w:rsidR="00253CC1">
        <w:t xml:space="preserve">, you </w:t>
      </w:r>
      <w:r>
        <w:t>must</w:t>
      </w:r>
      <w:r w:rsidR="00253CC1">
        <w:t xml:space="preserve"> upload a photo of either your Real ID or your passport.</w:t>
      </w:r>
    </w:p>
    <w:p w14:paraId="421A1B66" w14:textId="77777777" w:rsidR="000B41B0" w:rsidRDefault="00000000">
      <w:pPr>
        <w:pStyle w:val="Heading1"/>
      </w:pPr>
      <w:r>
        <w:t>Have you ever been on a mission trip? Describe your experience.</w:t>
      </w:r>
    </w:p>
    <w:p w14:paraId="5987BED8" w14:textId="3B6DCAAD" w:rsidR="00253CC1" w:rsidRDefault="00253CC1">
      <w:r w:rsidRPr="006D35A3">
        <w:rPr>
          <w:highlight w:val="yellow"/>
        </w:rPr>
        <w:t>Please describe your answer in detail</w:t>
      </w:r>
    </w:p>
    <w:p w14:paraId="7E99F9AF" w14:textId="4C46F73D" w:rsidR="000B41B0" w:rsidRDefault="00253CC1">
      <w:r>
        <w:t xml:space="preserve">Type your answer: </w:t>
      </w:r>
    </w:p>
    <w:p w14:paraId="740CA269" w14:textId="77777777" w:rsidR="000B41B0" w:rsidRDefault="00000000">
      <w:pPr>
        <w:pStyle w:val="Heading1"/>
      </w:pPr>
      <w:r>
        <w:t>Why do you desire to go on this trip?</w:t>
      </w:r>
    </w:p>
    <w:p w14:paraId="735E2D75" w14:textId="77777777" w:rsidR="00253CC1" w:rsidRDefault="00253CC1" w:rsidP="00253CC1">
      <w:r w:rsidRPr="006D35A3">
        <w:rPr>
          <w:highlight w:val="yellow"/>
        </w:rPr>
        <w:t>Please describe your answer in detail</w:t>
      </w:r>
    </w:p>
    <w:p w14:paraId="7F02E7C6" w14:textId="49E0E20C" w:rsidR="00253CC1" w:rsidRDefault="00253CC1" w:rsidP="00253CC1">
      <w:r>
        <w:t xml:space="preserve">Type your answer: </w:t>
      </w:r>
    </w:p>
    <w:p w14:paraId="06EF31FB" w14:textId="77777777" w:rsidR="000B41B0" w:rsidRDefault="00000000">
      <w:pPr>
        <w:pStyle w:val="Heading1"/>
      </w:pPr>
      <w:r>
        <w:t>Do You Speak any languages other than English fluently?</w:t>
      </w:r>
    </w:p>
    <w:p w14:paraId="215D1FAF" w14:textId="652B3F19" w:rsidR="000B41B0" w:rsidRDefault="00000000">
      <w:sdt>
        <w:sdtPr>
          <w:id w:val="1104156049"/>
          <w14:checkbox>
            <w14:checked w14:val="0"/>
            <w14:checkedState w14:val="2612" w14:font="MS Gothic"/>
            <w14:uncheckedState w14:val="2610" w14:font="MS Gothic"/>
          </w14:checkbox>
        </w:sdtPr>
        <w:sdtContent>
          <w:r w:rsidR="00253CC1">
            <w:rPr>
              <w:rFonts w:ascii="MS Gothic" w:eastAsia="MS Gothic" w:hAnsi="MS Gothic" w:hint="eastAsia"/>
            </w:rPr>
            <w:t>☐</w:t>
          </w:r>
        </w:sdtContent>
      </w:sdt>
      <w:r w:rsidR="00253CC1">
        <w:t xml:space="preserve"> Yes</w:t>
      </w:r>
    </w:p>
    <w:p w14:paraId="0C954A94" w14:textId="0A327872" w:rsidR="000B41B0" w:rsidRDefault="00000000">
      <w:sdt>
        <w:sdtPr>
          <w:id w:val="-1927490675"/>
          <w14:checkbox>
            <w14:checked w14:val="0"/>
            <w14:checkedState w14:val="2612" w14:font="MS Gothic"/>
            <w14:uncheckedState w14:val="2610" w14:font="MS Gothic"/>
          </w14:checkbox>
        </w:sdtPr>
        <w:sdtContent>
          <w:r w:rsidR="00253CC1">
            <w:rPr>
              <w:rFonts w:ascii="MS Gothic" w:eastAsia="MS Gothic" w:hAnsi="MS Gothic" w:hint="eastAsia"/>
            </w:rPr>
            <w:t>☐</w:t>
          </w:r>
        </w:sdtContent>
      </w:sdt>
      <w:r w:rsidR="00253CC1">
        <w:t xml:space="preserve"> No</w:t>
      </w:r>
    </w:p>
    <w:p w14:paraId="565AC69D" w14:textId="77777777" w:rsidR="000B41B0" w:rsidRDefault="00000000">
      <w:pPr>
        <w:pStyle w:val="Heading1"/>
      </w:pPr>
      <w:r>
        <w:t>Please List the Other Languages You Speak Fluently</w:t>
      </w:r>
    </w:p>
    <w:p w14:paraId="6A490675" w14:textId="77777777" w:rsidR="00253CC1" w:rsidRDefault="00253CC1" w:rsidP="00253CC1">
      <w:r>
        <w:t xml:space="preserve">Type your answer: </w:t>
      </w:r>
    </w:p>
    <w:p w14:paraId="2ABE643F" w14:textId="77777777" w:rsidR="000B41B0" w:rsidRDefault="00000000">
      <w:pPr>
        <w:pStyle w:val="Heading1"/>
      </w:pPr>
      <w:r>
        <w:t>Medical Conditions</w:t>
      </w:r>
    </w:p>
    <w:p w14:paraId="65188D44" w14:textId="77777777" w:rsidR="000B41B0" w:rsidRDefault="00000000">
      <w:r>
        <w:t>Please list any medical conditions you may have that we need to be aware of.</w:t>
      </w:r>
    </w:p>
    <w:p w14:paraId="6AD6509C" w14:textId="77777777" w:rsidR="008650AE" w:rsidRDefault="008650AE" w:rsidP="008650AE">
      <w:r>
        <w:t xml:space="preserve">Type your answer: </w:t>
      </w:r>
    </w:p>
    <w:p w14:paraId="14081E64" w14:textId="77777777" w:rsidR="000B41B0" w:rsidRDefault="00000000">
      <w:pPr>
        <w:pStyle w:val="Heading1"/>
      </w:pPr>
      <w:r>
        <w:t>Medical Dietary Conditions</w:t>
      </w:r>
    </w:p>
    <w:p w14:paraId="1682A5FE" w14:textId="77777777" w:rsidR="000B41B0" w:rsidRDefault="00000000">
      <w:r>
        <w:t xml:space="preserve">Please list any dietary needs. Not </w:t>
      </w:r>
      <w:proofErr w:type="gramStart"/>
      <w:r>
        <w:t>all of</w:t>
      </w:r>
      <w:proofErr w:type="gramEnd"/>
      <w:r>
        <w:t xml:space="preserve"> our trips can accommodate all dietary restrictions.</w:t>
      </w:r>
    </w:p>
    <w:p w14:paraId="3ADF663C" w14:textId="77777777" w:rsidR="008650AE" w:rsidRDefault="008650AE" w:rsidP="008650AE">
      <w:r>
        <w:lastRenderedPageBreak/>
        <w:t xml:space="preserve">Type your answer: </w:t>
      </w:r>
    </w:p>
    <w:p w14:paraId="391AF0B2" w14:textId="789D3B7F" w:rsidR="000B41B0" w:rsidRDefault="00000000">
      <w:pPr>
        <w:pStyle w:val="Heading1"/>
      </w:pPr>
      <w:r>
        <w:t>Course Agreement</w:t>
      </w:r>
    </w:p>
    <w:p w14:paraId="5990AF4F" w14:textId="47396A73" w:rsidR="000B41B0" w:rsidRDefault="00000000">
      <w:r>
        <w:t>Southeastern Baptist Theological Seminary is an institution of learning. Therefore, all mission trips are attached to a class. By completing this application, you are agreeing to be a part of the class for this trip. Should you choose not to complete the work for this course, you will receive a failing grade</w:t>
      </w:r>
      <w:r w:rsidR="000C2F14">
        <w:t>,</w:t>
      </w:r>
      <w:r>
        <w:t xml:space="preserve"> which will negatively affect your GPA.</w:t>
      </w:r>
    </w:p>
    <w:p w14:paraId="1EA250F4" w14:textId="0BF134AC" w:rsidR="000B41B0" w:rsidRDefault="00000000">
      <w:pPr>
        <w:pStyle w:val="Heading1"/>
      </w:pPr>
      <w:r>
        <w:t xml:space="preserve">By </w:t>
      </w:r>
      <w:r w:rsidR="000C2F14">
        <w:t>proceeding,</w:t>
      </w:r>
      <w:r>
        <w:t xml:space="preserve"> you agree to be part of the class for this trip. Should you choose to disagree</w:t>
      </w:r>
      <w:r w:rsidR="000C2F14">
        <w:t>,</w:t>
      </w:r>
      <w:r>
        <w:t xml:space="preserve"> your eligibility for this mission trip will </w:t>
      </w:r>
      <w:proofErr w:type="gramStart"/>
      <w:r>
        <w:t>be disqualified</w:t>
      </w:r>
      <w:proofErr w:type="gramEnd"/>
      <w:r>
        <w:t>.</w:t>
      </w:r>
    </w:p>
    <w:p w14:paraId="25367198" w14:textId="77777777" w:rsidR="000B41B0" w:rsidRDefault="00000000">
      <w:pPr>
        <w:pStyle w:val="Heading1"/>
      </w:pPr>
      <w:r>
        <w:t>Financial Liability Agreement</w:t>
      </w:r>
    </w:p>
    <w:p w14:paraId="34B08F6A" w14:textId="5F664582" w:rsidR="000B41B0" w:rsidRDefault="00000000">
      <w:r>
        <w:t xml:space="preserve">- I understand and agree that I am responsible for the full amount. </w:t>
      </w:r>
      <w:r w:rsidR="000C2F14">
        <w:t>Unless otherwise noted, t</w:t>
      </w:r>
      <w:r>
        <w:t>he trip</w:t>
      </w:r>
      <w:r w:rsidR="000C2F14">
        <w:t xml:space="preserve"> cost</w:t>
      </w:r>
      <w:r>
        <w:t xml:space="preserve"> is $2250</w:t>
      </w:r>
      <w:r w:rsidR="000C2F14">
        <w:t xml:space="preserve"> (international) or $1000 (national)</w:t>
      </w:r>
      <w:r>
        <w:t>.</w:t>
      </w:r>
      <w:r>
        <w:br/>
        <w:t>- I understand that my deposit of $250.00 is nonrefundable.</w:t>
      </w:r>
      <w:r>
        <w:br/>
        <w:t>- I commit to raising support through family, church, and friends.</w:t>
      </w:r>
      <w:r>
        <w:br/>
        <w:t>- I am aware that I am responsible for all expenditures made on my behalf.</w:t>
      </w:r>
      <w:r>
        <w:br/>
        <w:t xml:space="preserve">- I am aware of the financial deadlines listed below. </w:t>
      </w:r>
      <w:r>
        <w:br/>
        <w:t>- I acknowledge that should I fall short of raising the full amount for the trip, by the final due date prior to departure, I will be unable to go on a trip.</w:t>
      </w:r>
      <w:r>
        <w:br/>
        <w:t>- I understand that I must be in good standing with SEBTS both financially and academically.</w:t>
      </w:r>
      <w:r>
        <w:br/>
        <w:t xml:space="preserve"> </w:t>
      </w:r>
      <w:r>
        <w:br/>
        <w:t>Financial Deadlines:</w:t>
      </w:r>
      <w:r>
        <w:br/>
        <w:t>$250 Deposit - Due Immediately</w:t>
      </w:r>
      <w:r>
        <w:br/>
        <w:t>Total Cost - Due at a later date</w:t>
      </w:r>
    </w:p>
    <w:p w14:paraId="1EC01C5F" w14:textId="77777777" w:rsidR="000B41B0" w:rsidRDefault="00000000">
      <w:pPr>
        <w:pStyle w:val="Heading1"/>
      </w:pPr>
      <w:r>
        <w:t>Indemnity Agreement and Release</w:t>
      </w:r>
    </w:p>
    <w:p w14:paraId="4B0D36F6" w14:textId="77777777" w:rsidR="000B41B0" w:rsidRDefault="00000000">
      <w:r>
        <w:t>In consideration of my participation with the mission trip to [Location], with Southeastern Baptist Theological Seminary during Fall Break 2023, the dates of September 30th through October 6th, I, a participant with Southeastern Baptist Theological Seminary academic project do hereby release, discharge and covenant to hold harmless Judson College at Southeastern and Southeastern Baptist Theological Seminary, its officers, trustees, employees, agents, advisers, administration, heirs or assigns, (herein referred to SAID PARTIES) from any and all claims, demands, damages, costs, expenses, actions and causes of action, present and future, on account of injuries to my person or property, and even injuries resulting in death, arising out of or in connection with my participation in Southeastern Baptist Theological Seminary Mission Project.</w:t>
      </w:r>
      <w:r>
        <w:br/>
      </w:r>
      <w:r>
        <w:br/>
        <w:t xml:space="preserve">I agree and understand that Southeastern Baptist Theological Seminary considers its travel </w:t>
      </w:r>
      <w:r>
        <w:lastRenderedPageBreak/>
        <w:t>programs to be an extension of its campus, so the same behavior and expectations are expected by all team members as they would be on the SEBTS campus. Therefore, I agree to abide by its normal rules and regulations applicable during the period of foreign travel and study. I further understand that students participating in the aforementioned mission project are expected to exercise good judgment in taking safety and health precautions, in planning their time, in maintaining good conduct and in continuing their educational pursuits and I agree to do so.</w:t>
      </w:r>
      <w:r>
        <w:br/>
      </w:r>
      <w:r>
        <w:br/>
        <w:t>In further consideration of my being permitted to participate with the Southeastern Baptist Theological Seminary mission project, I, my spouse, my heirs and assigns hereby assume all and full responsibility for the risks, foreseen or unforeseen of personal injuries, death or property damage incurred while participating in the aforementioned activity. I further agree to indemnify SAID PARTIES for and hold them forever harmless from all claims, demands, damages, costs, expenses, actions and causes of action they or Southeastern Baptist Theological Seminary may incur as a result of my participation in the mission project sponsored by Southeastern Baptist Theological Seminary.</w:t>
      </w:r>
      <w:r>
        <w:br/>
      </w:r>
      <w:r>
        <w:br/>
        <w:t>It is hereby further agreed: that no promise or agreement not herein expressed has been made; that this release is not executed in reliance upon any statement or representation made by SAID PARTIES, or any of them, or by any person employed by or representing them, or any of them; that said consideration is the sole and only consideration for this Indemnity Agreement and Release; and that the terms hereof are contractual and not mere recitals.</w:t>
      </w:r>
      <w:r>
        <w:br/>
      </w:r>
      <w:r>
        <w:br/>
        <w:t>*This indemnity agreement and release shall be governed by the laws of the state of North Carolina.*</w:t>
      </w:r>
    </w:p>
    <w:p w14:paraId="13AA3479" w14:textId="718577BF" w:rsidR="000B41B0" w:rsidRDefault="000B41B0"/>
    <w:sectPr w:rsidR="000B41B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4638509">
    <w:abstractNumId w:val="8"/>
  </w:num>
  <w:num w:numId="2" w16cid:durableId="606044057">
    <w:abstractNumId w:val="6"/>
  </w:num>
  <w:num w:numId="3" w16cid:durableId="134225241">
    <w:abstractNumId w:val="5"/>
  </w:num>
  <w:num w:numId="4" w16cid:durableId="584991928">
    <w:abstractNumId w:val="4"/>
  </w:num>
  <w:num w:numId="5" w16cid:durableId="1695181469">
    <w:abstractNumId w:val="7"/>
  </w:num>
  <w:num w:numId="6" w16cid:durableId="874467240">
    <w:abstractNumId w:val="3"/>
  </w:num>
  <w:num w:numId="7" w16cid:durableId="476652581">
    <w:abstractNumId w:val="2"/>
  </w:num>
  <w:num w:numId="8" w16cid:durableId="1707290052">
    <w:abstractNumId w:val="1"/>
  </w:num>
  <w:num w:numId="9" w16cid:durableId="2105805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2503"/>
    <w:rsid w:val="000B41B0"/>
    <w:rsid w:val="000C2F14"/>
    <w:rsid w:val="0010587E"/>
    <w:rsid w:val="00123C7D"/>
    <w:rsid w:val="0015074B"/>
    <w:rsid w:val="00253CC1"/>
    <w:rsid w:val="0029639D"/>
    <w:rsid w:val="002E1669"/>
    <w:rsid w:val="003148F8"/>
    <w:rsid w:val="00326F90"/>
    <w:rsid w:val="00687B1C"/>
    <w:rsid w:val="006D3341"/>
    <w:rsid w:val="006D35A3"/>
    <w:rsid w:val="007A6418"/>
    <w:rsid w:val="007D20EF"/>
    <w:rsid w:val="008650AE"/>
    <w:rsid w:val="008D340D"/>
    <w:rsid w:val="009E4E67"/>
    <w:rsid w:val="00A66C5A"/>
    <w:rsid w:val="00AA1D8D"/>
    <w:rsid w:val="00B47730"/>
    <w:rsid w:val="00B477CC"/>
    <w:rsid w:val="00B77115"/>
    <w:rsid w:val="00BC7AE7"/>
    <w:rsid w:val="00C02DD6"/>
    <w:rsid w:val="00C51739"/>
    <w:rsid w:val="00C57AEA"/>
    <w:rsid w:val="00C9214F"/>
    <w:rsid w:val="00CB0664"/>
    <w:rsid w:val="00E3279D"/>
    <w:rsid w:val="00E64B30"/>
    <w:rsid w:val="00EC7AF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D07B7D76-D0A2-418B-8428-B0E4BDB5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C02D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CGCS</dc:creator>
  <cp:keywords/>
  <dc:description>generated by python-docx</dc:description>
  <cp:lastModifiedBy>Bowen, Walter</cp:lastModifiedBy>
  <cp:revision>2</cp:revision>
  <dcterms:created xsi:type="dcterms:W3CDTF">2026-07-10T17:07:00Z</dcterms:created>
  <dcterms:modified xsi:type="dcterms:W3CDTF">2026-07-10T17:07:00Z</dcterms:modified>
  <cp:category/>
</cp:coreProperties>
</file>